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907E" w14:textId="77777777" w:rsidR="00D02544" w:rsidRPr="00D02544" w:rsidRDefault="00D02544" w:rsidP="00D02544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chuong_pl_2"/>
      <w:r w:rsidRPr="00D02544">
        <w:rPr>
          <w:rFonts w:ascii="Times New Roman" w:hAnsi="Times New Roman" w:cs="Times New Roman"/>
          <w:b/>
          <w:bCs/>
          <w:sz w:val="28"/>
          <w:szCs w:val="28"/>
        </w:rPr>
        <w:t>Mẫu số 02</w:t>
      </w:r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5578"/>
      </w:tblGrid>
      <w:tr w:rsidR="00A21D17" w:rsidRPr="00D02544" w14:paraId="37C14FAF" w14:textId="77777777" w:rsidTr="00A21D17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A16D" w14:textId="77777777" w:rsidR="00A21D17" w:rsidRPr="00A21D17" w:rsidRDefault="00A21D17" w:rsidP="00A21D1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D17">
              <w:rPr>
                <w:rFonts w:ascii="Times New Roman" w:hAnsi="Times New Roman" w:cs="Times New Roman"/>
                <w:b/>
                <w:sz w:val="28"/>
                <w:szCs w:val="28"/>
              </w:rPr>
              <w:t>TỈNH ỦY QUẢNG NGÃI</w:t>
            </w:r>
          </w:p>
          <w:p w14:paraId="24E4BF52" w14:textId="77777777" w:rsidR="00A21D17" w:rsidRPr="00A21D17" w:rsidRDefault="00A21D17" w:rsidP="00A21D1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D17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  <w:p w14:paraId="6C3DE6F8" w14:textId="5F84418D" w:rsidR="00A21D17" w:rsidRPr="00A21D17" w:rsidRDefault="00A21D17" w:rsidP="00A2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1BD22" w14:textId="77777777" w:rsidR="00A21D17" w:rsidRPr="00A21D17" w:rsidRDefault="00A21D17" w:rsidP="00A21D17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21D1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ĐẢNG CỘNG SẢN VIỆT NAM</w:t>
            </w:r>
          </w:p>
          <w:p w14:paraId="1DD2B6F3" w14:textId="2650551F" w:rsidR="00A21D17" w:rsidRPr="00A21D17" w:rsidRDefault="00A21D17" w:rsidP="00A2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</w:t>
            </w:r>
            <w:r w:rsidRPr="00A21D17">
              <w:rPr>
                <w:rFonts w:ascii="Times New Roman" w:hAnsi="Times New Roman" w:cs="Times New Roman"/>
                <w:i/>
                <w:sz w:val="28"/>
                <w:szCs w:val="28"/>
              </w:rPr>
              <w:t>Quảng Ngãi, ngày       tháng     năm 2025</w:t>
            </w:r>
          </w:p>
        </w:tc>
      </w:tr>
    </w:tbl>
    <w:p w14:paraId="0E1ACA63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sz w:val="28"/>
          <w:szCs w:val="28"/>
        </w:rPr>
        <w:t> </w:t>
      </w:r>
    </w:p>
    <w:p w14:paraId="34D2FB54" w14:textId="77777777" w:rsidR="00D02544" w:rsidRPr="00D02544" w:rsidRDefault="00D02544" w:rsidP="00D0254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chuong_pl_2_name"/>
      <w:r w:rsidRPr="00D02544">
        <w:rPr>
          <w:rFonts w:ascii="Times New Roman" w:hAnsi="Times New Roman" w:cs="Times New Roman"/>
          <w:b/>
          <w:bCs/>
          <w:sz w:val="28"/>
          <w:szCs w:val="28"/>
        </w:rPr>
        <w:t>PHIẾU XẾP LOẠI CHẤT LƯỢNG CÔNG CHỨC</w:t>
      </w:r>
      <w:bookmarkEnd w:id="1"/>
    </w:p>
    <w:p w14:paraId="1D00844F" w14:textId="77777777" w:rsidR="00D02544" w:rsidRPr="00D02544" w:rsidRDefault="00D02544" w:rsidP="00D02544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D02544">
        <w:rPr>
          <w:rFonts w:ascii="Times New Roman" w:hAnsi="Times New Roman" w:cs="Times New Roman"/>
          <w:b/>
          <w:bCs/>
          <w:sz w:val="28"/>
          <w:szCs w:val="28"/>
        </w:rPr>
        <w:t>Năm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.....</w:t>
      </w:r>
    </w:p>
    <w:p w14:paraId="37E0866B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sz w:val="28"/>
          <w:szCs w:val="28"/>
        </w:rPr>
        <w:t>Họ và tên: .................................................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........................</w:t>
      </w:r>
      <w:r w:rsidRPr="00D02544">
        <w:rPr>
          <w:rFonts w:ascii="Times New Roman" w:hAnsi="Times New Roman" w:cs="Times New Roman"/>
          <w:sz w:val="28"/>
          <w:szCs w:val="28"/>
        </w:rPr>
        <w:t xml:space="preserve">........................................... </w:t>
      </w:r>
    </w:p>
    <w:p w14:paraId="3B9187CB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sz w:val="28"/>
          <w:szCs w:val="28"/>
        </w:rPr>
        <w:t>Chức vụ, chức danh: 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.........................</w:t>
      </w:r>
      <w:r w:rsidRPr="00D02544">
        <w:rPr>
          <w:rFonts w:ascii="Times New Roman" w:hAnsi="Times New Roman" w:cs="Times New Roman"/>
          <w:sz w:val="28"/>
          <w:szCs w:val="28"/>
        </w:rPr>
        <w:t xml:space="preserve">......... </w:t>
      </w:r>
    </w:p>
    <w:p w14:paraId="5913572D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  <w:lang w:val="vi-VN"/>
        </w:rPr>
      </w:pPr>
      <w:r w:rsidRPr="00D02544">
        <w:rPr>
          <w:rFonts w:ascii="Times New Roman" w:hAnsi="Times New Roman" w:cs="Times New Roman"/>
          <w:sz w:val="28"/>
          <w:szCs w:val="28"/>
        </w:rPr>
        <w:t>Đơn vị công tác: 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.........................</w:t>
      </w:r>
    </w:p>
    <w:p w14:paraId="560450C8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  <w:lang w:val="vi-VN"/>
        </w:rPr>
      </w:pPr>
      <w:r w:rsidRPr="00D02544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>
        <w:rPr>
          <w:rFonts w:ascii="Times New Roman" w:hAnsi="Times New Roman" w:cs="Times New Roman"/>
          <w:b/>
          <w:bCs/>
          <w:sz w:val="28"/>
          <w:szCs w:val="28"/>
        </w:rPr>
        <w:t>TỔNG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HỢP KẾT QUẢ THEO DÕI, ĐÁNH GIÁ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716"/>
        <w:gridCol w:w="3132"/>
      </w:tblGrid>
      <w:tr w:rsidR="00BC53AC" w14:paraId="4286B7A4" w14:textId="77777777" w:rsidTr="00BC53AC">
        <w:tc>
          <w:tcPr>
            <w:tcW w:w="2547" w:type="dxa"/>
          </w:tcPr>
          <w:p w14:paraId="7E9BF706" w14:textId="77777777" w:rsidR="00BC53AC" w:rsidRP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53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</w:p>
        </w:tc>
        <w:tc>
          <w:tcPr>
            <w:tcW w:w="3716" w:type="dxa"/>
          </w:tcPr>
          <w:p w14:paraId="40609060" w14:textId="77777777" w:rsidR="00BC53AC" w:rsidRP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BC53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Tổng</w:t>
            </w:r>
            <w:r w:rsidRPr="00BC53A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điểm theo dõi, đánh giá</w:t>
            </w:r>
          </w:p>
        </w:tc>
        <w:tc>
          <w:tcPr>
            <w:tcW w:w="3132" w:type="dxa"/>
          </w:tcPr>
          <w:p w14:paraId="538F7BA1" w14:textId="77777777" w:rsidR="00BC53AC" w:rsidRP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BC53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r w:rsidRPr="00BC53A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chú</w:t>
            </w:r>
          </w:p>
        </w:tc>
      </w:tr>
      <w:tr w:rsidR="00BC53AC" w14:paraId="44E607C1" w14:textId="77777777" w:rsidTr="00BC53AC">
        <w:tc>
          <w:tcPr>
            <w:tcW w:w="2547" w:type="dxa"/>
          </w:tcPr>
          <w:p w14:paraId="453FD47C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716" w:type="dxa"/>
          </w:tcPr>
          <w:p w14:paraId="3CC784F2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4D4400F8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1B1D95A4" w14:textId="77777777" w:rsidTr="00BC53AC">
        <w:tc>
          <w:tcPr>
            <w:tcW w:w="2547" w:type="dxa"/>
          </w:tcPr>
          <w:p w14:paraId="47C452E6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716" w:type="dxa"/>
          </w:tcPr>
          <w:p w14:paraId="51AD2EF3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7BEF019B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06364DD5" w14:textId="77777777" w:rsidTr="00BC53AC">
        <w:tc>
          <w:tcPr>
            <w:tcW w:w="2547" w:type="dxa"/>
          </w:tcPr>
          <w:p w14:paraId="590271A5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716" w:type="dxa"/>
          </w:tcPr>
          <w:p w14:paraId="4DCEA234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0B3187E0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321B3E74" w14:textId="77777777" w:rsidTr="00BC53AC">
        <w:tc>
          <w:tcPr>
            <w:tcW w:w="2547" w:type="dxa"/>
          </w:tcPr>
          <w:p w14:paraId="6C54935B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716" w:type="dxa"/>
          </w:tcPr>
          <w:p w14:paraId="03A605FE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1340A589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515D35CC" w14:textId="77777777" w:rsidTr="00BC53AC">
        <w:tc>
          <w:tcPr>
            <w:tcW w:w="2547" w:type="dxa"/>
          </w:tcPr>
          <w:p w14:paraId="5A37BF22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716" w:type="dxa"/>
          </w:tcPr>
          <w:p w14:paraId="27AC50C6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18A3721B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018BE0EC" w14:textId="77777777" w:rsidTr="00BC53AC">
        <w:tc>
          <w:tcPr>
            <w:tcW w:w="2547" w:type="dxa"/>
          </w:tcPr>
          <w:p w14:paraId="7FE5B197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716" w:type="dxa"/>
          </w:tcPr>
          <w:p w14:paraId="29DAEFEF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4F3363E3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4C2CE7A8" w14:textId="77777777" w:rsidTr="00BC53AC">
        <w:tc>
          <w:tcPr>
            <w:tcW w:w="2547" w:type="dxa"/>
          </w:tcPr>
          <w:p w14:paraId="6E406EF6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716" w:type="dxa"/>
          </w:tcPr>
          <w:p w14:paraId="38EDBA2C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130BF118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4ADCDC8D" w14:textId="77777777" w:rsidTr="00BC53AC">
        <w:tc>
          <w:tcPr>
            <w:tcW w:w="2547" w:type="dxa"/>
          </w:tcPr>
          <w:p w14:paraId="71BFEBE0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716" w:type="dxa"/>
          </w:tcPr>
          <w:p w14:paraId="6AC8D407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357B00DD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335A2909" w14:textId="77777777" w:rsidTr="00BC53AC">
        <w:tc>
          <w:tcPr>
            <w:tcW w:w="2547" w:type="dxa"/>
          </w:tcPr>
          <w:p w14:paraId="1605E4E4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716" w:type="dxa"/>
          </w:tcPr>
          <w:p w14:paraId="7B2AC63B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3303C99C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11F37AF4" w14:textId="77777777" w:rsidTr="00BC53AC">
        <w:tc>
          <w:tcPr>
            <w:tcW w:w="2547" w:type="dxa"/>
          </w:tcPr>
          <w:p w14:paraId="24E4FD10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716" w:type="dxa"/>
          </w:tcPr>
          <w:p w14:paraId="7FCD0A87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7819D453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475D42AA" w14:textId="77777777" w:rsidTr="00BC53AC">
        <w:tc>
          <w:tcPr>
            <w:tcW w:w="2547" w:type="dxa"/>
          </w:tcPr>
          <w:p w14:paraId="44C08D6D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716" w:type="dxa"/>
          </w:tcPr>
          <w:p w14:paraId="29FE5D93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1E58951D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45F564C9" w14:textId="77777777" w:rsidTr="00BC53AC">
        <w:tc>
          <w:tcPr>
            <w:tcW w:w="2547" w:type="dxa"/>
          </w:tcPr>
          <w:p w14:paraId="5FD35863" w14:textId="77777777" w:rsidR="00BC53AC" w:rsidRDefault="00BC53AC" w:rsidP="00BC53A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716" w:type="dxa"/>
          </w:tcPr>
          <w:p w14:paraId="49F2A5A1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7CC8FF41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C53AC" w14:paraId="0D66C052" w14:textId="77777777" w:rsidTr="00BC53AC">
        <w:tc>
          <w:tcPr>
            <w:tcW w:w="2547" w:type="dxa"/>
            <w:vAlign w:val="center"/>
          </w:tcPr>
          <w:p w14:paraId="72285CBE" w14:textId="77777777" w:rsidR="001C2ED4" w:rsidRDefault="00BC53AC" w:rsidP="001C2E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Tổng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điểm </w:t>
            </w:r>
          </w:p>
          <w:p w14:paraId="117ACA2E" w14:textId="77777777" w:rsidR="00BC53AC" w:rsidRPr="00BC53AC" w:rsidRDefault="00493213" w:rsidP="001C2ED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trung bình </w:t>
            </w:r>
            <w:r w:rsidR="00BC53A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cả năm</w:t>
            </w:r>
          </w:p>
        </w:tc>
        <w:tc>
          <w:tcPr>
            <w:tcW w:w="3716" w:type="dxa"/>
          </w:tcPr>
          <w:p w14:paraId="2EAB0294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2" w:type="dxa"/>
          </w:tcPr>
          <w:p w14:paraId="718EC69F" w14:textId="77777777" w:rsidR="00BC53AC" w:rsidRDefault="00BC53AC" w:rsidP="00D02544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9ECB553" w14:textId="77777777" w:rsidR="0090071A" w:rsidRDefault="0090071A" w:rsidP="00D02544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4F915" w14:textId="77777777" w:rsidR="00A008D2" w:rsidRDefault="00A008D2" w:rsidP="00D02544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482DA" w14:textId="77777777" w:rsidR="00A008D2" w:rsidRDefault="00A008D2" w:rsidP="00D02544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CD86F" w14:textId="77777777" w:rsidR="00A008D2" w:rsidRDefault="00A008D2" w:rsidP="00D02544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16A80241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</w:t>
      </w:r>
      <w:r w:rsidR="0090071A">
        <w:rPr>
          <w:rFonts w:ascii="Times New Roman" w:hAnsi="Times New Roman" w:cs="Times New Roman"/>
          <w:b/>
          <w:bCs/>
          <w:sz w:val="28"/>
          <w:szCs w:val="28"/>
        </w:rPr>
        <w:t>CÔNG</w:t>
      </w:r>
      <w:r w:rsidR="0090071A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CHỨC </w:t>
      </w:r>
      <w:r w:rsidRPr="00D02544">
        <w:rPr>
          <w:rFonts w:ascii="Times New Roman" w:hAnsi="Times New Roman" w:cs="Times New Roman"/>
          <w:b/>
          <w:bCs/>
          <w:sz w:val="28"/>
          <w:szCs w:val="28"/>
        </w:rPr>
        <w:t xml:space="preserve">TỰ </w:t>
      </w:r>
      <w:r w:rsidR="00493213">
        <w:rPr>
          <w:rFonts w:ascii="Times New Roman" w:hAnsi="Times New Roman" w:cs="Times New Roman"/>
          <w:b/>
          <w:bCs/>
          <w:sz w:val="28"/>
          <w:szCs w:val="28"/>
        </w:rPr>
        <w:t>ĐÁNH</w:t>
      </w:r>
      <w:r w:rsidR="00493213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GIÁ</w:t>
      </w:r>
      <w:r w:rsidRPr="00D02544">
        <w:rPr>
          <w:rFonts w:ascii="Times New Roman" w:hAnsi="Times New Roman" w:cs="Times New Roman"/>
          <w:b/>
          <w:bCs/>
          <w:sz w:val="28"/>
          <w:szCs w:val="28"/>
        </w:rPr>
        <w:t>, XẾP LOẠI CHẤT LƯỢNG</w:t>
      </w:r>
    </w:p>
    <w:p w14:paraId="466B289E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xuất sắc nhiệm vụ</w:t>
      </w:r>
    </w:p>
    <w:p w14:paraId="1802074C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tốt nhiệm vụ</w:t>
      </w:r>
    </w:p>
    <w:p w14:paraId="20DEB68B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nhiệm vụ</w:t>
      </w:r>
    </w:p>
    <w:p w14:paraId="1B0DB45C" w14:textId="77777777" w:rsidR="00D02544" w:rsidRPr="00D02544" w:rsidRDefault="0090071A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Không hoàn thành nhiệm vụ</w:t>
      </w:r>
      <w:r w:rsidR="00D02544" w:rsidRPr="00D02544">
        <w:rPr>
          <w:rFonts w:ascii="Times New Roman" w:hAnsi="Times New Roman" w:cs="Times New Roman"/>
          <w:sz w:val="28"/>
          <w:szCs w:val="28"/>
        </w:rPr>
        <w:t> </w:t>
      </w:r>
    </w:p>
    <w:p w14:paraId="77CCFA4C" w14:textId="77777777" w:rsidR="00BC53AC" w:rsidRDefault="00BC53AC" w:rsidP="00493213">
      <w:pPr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="00D02544" w:rsidRPr="00D02544">
        <w:rPr>
          <w:rFonts w:ascii="Times New Roman" w:hAnsi="Times New Roman" w:cs="Times New Roman"/>
          <w:b/>
          <w:bCs/>
          <w:sz w:val="28"/>
          <w:szCs w:val="28"/>
        </w:rPr>
        <w:t xml:space="preserve">. KẾT QUẢ XẾP LOẠI CHẤT LƯỢNG </w:t>
      </w:r>
      <w:r w:rsidR="00493213">
        <w:rPr>
          <w:rFonts w:ascii="Times New Roman" w:hAnsi="Times New Roman" w:cs="Times New Roman"/>
          <w:b/>
          <w:bCs/>
          <w:sz w:val="28"/>
          <w:szCs w:val="28"/>
        </w:rPr>
        <w:t>CỦA</w:t>
      </w:r>
      <w:r w:rsidR="00493213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CẤP CÓ THẨM QUYỀN </w:t>
      </w:r>
      <w:r w:rsidR="00D02544" w:rsidRPr="00D02544">
        <w:rPr>
          <w:rFonts w:ascii="Times New Roman" w:hAnsi="Times New Roman" w:cs="Times New Roman"/>
          <w:b/>
          <w:bCs/>
          <w:sz w:val="28"/>
          <w:szCs w:val="28"/>
        </w:rPr>
        <w:t xml:space="preserve">CÔNG CHỨC </w:t>
      </w:r>
      <w:r w:rsidR="00493213">
        <w:rPr>
          <w:rStyle w:val="FootnoteReference"/>
          <w:rFonts w:ascii="Times New Roman" w:hAnsi="Times New Roman" w:cs="Times New Roman"/>
          <w:b/>
          <w:bCs/>
          <w:sz w:val="28"/>
          <w:szCs w:val="28"/>
        </w:rPr>
        <w:footnoteReference w:id="1"/>
      </w:r>
    </w:p>
    <w:p w14:paraId="0DAB1D63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xuất sắc nhiệm vụ</w:t>
      </w:r>
    </w:p>
    <w:p w14:paraId="78932877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tốt nhiệm vụ</w:t>
      </w:r>
    </w:p>
    <w:p w14:paraId="408464B3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Hoàn thành nhiệm vụ</w:t>
      </w:r>
    </w:p>
    <w:p w14:paraId="32181074" w14:textId="77777777" w:rsidR="0090071A" w:rsidRPr="00D02544" w:rsidRDefault="0090071A" w:rsidP="0090071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90071A">
        <w:rPr>
          <w:rFonts w:ascii="Segoe UI Symbol" w:hAnsi="Segoe UI Symbol" w:cs="Segoe UI Symbol"/>
          <w:sz w:val="28"/>
          <w:szCs w:val="28"/>
        </w:rPr>
        <w:t>☐</w:t>
      </w:r>
      <w:r w:rsidRPr="0090071A">
        <w:rPr>
          <w:rFonts w:ascii="Times New Roman" w:hAnsi="Times New Roman" w:cs="Times New Roman"/>
          <w:sz w:val="28"/>
          <w:szCs w:val="28"/>
        </w:rPr>
        <w:t xml:space="preserve"> Không hoàn thành nhiệm vụ</w:t>
      </w:r>
      <w:r w:rsidRPr="00D02544">
        <w:rPr>
          <w:rFonts w:ascii="Times New Roman" w:hAnsi="Times New Roman" w:cs="Times New Roman"/>
          <w:sz w:val="28"/>
          <w:szCs w:val="28"/>
        </w:rPr>
        <w:t> </w:t>
      </w:r>
    </w:p>
    <w:p w14:paraId="603BFB6B" w14:textId="77777777" w:rsidR="00493213" w:rsidRPr="00493213" w:rsidRDefault="00493213" w:rsidP="00D02544">
      <w:pPr>
        <w:spacing w:after="120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493213">
        <w:rPr>
          <w:rFonts w:ascii="Times New Roman" w:hAnsi="Times New Roman" w:cs="Times New Roman"/>
          <w:b/>
          <w:sz w:val="28"/>
          <w:szCs w:val="28"/>
        </w:rPr>
        <w:t>III</w:t>
      </w:r>
      <w:r w:rsidRPr="00493213">
        <w:rPr>
          <w:rFonts w:ascii="Times New Roman" w:hAnsi="Times New Roman" w:cs="Times New Roman"/>
          <w:b/>
          <w:sz w:val="28"/>
          <w:szCs w:val="28"/>
          <w:lang w:val="vi-VN"/>
        </w:rPr>
        <w:t>. ĐỀ XUẤT PHƯƠNG ÁN XỬ LÝ</w:t>
      </w:r>
      <w:r>
        <w:rPr>
          <w:rStyle w:val="FootnoteReference"/>
          <w:rFonts w:ascii="Times New Roman" w:hAnsi="Times New Roman" w:cs="Times New Roman"/>
          <w:b/>
          <w:sz w:val="28"/>
          <w:szCs w:val="28"/>
          <w:lang w:val="vi-VN"/>
        </w:rPr>
        <w:footnoteReference w:id="2"/>
      </w:r>
    </w:p>
    <w:p w14:paraId="78292A6F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  <w:lang w:val="vi-VN"/>
        </w:rPr>
      </w:pPr>
      <w:r w:rsidRPr="00D02544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...............................</w:t>
      </w:r>
    </w:p>
    <w:p w14:paraId="5E4DDA1C" w14:textId="77777777" w:rsidR="0090071A" w:rsidRPr="0090071A" w:rsidRDefault="0090071A" w:rsidP="0090071A">
      <w:pPr>
        <w:spacing w:after="120"/>
        <w:rPr>
          <w:rFonts w:ascii="Times New Roman" w:hAnsi="Times New Roman" w:cs="Times New Roman"/>
          <w:sz w:val="28"/>
          <w:szCs w:val="28"/>
          <w:lang w:val="vi-VN"/>
        </w:rPr>
      </w:pPr>
      <w:r w:rsidRPr="00D02544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  <w:lang w:val="vi-VN"/>
        </w:rPr>
        <w:t>...............................</w:t>
      </w:r>
    </w:p>
    <w:p w14:paraId="6BB552B0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89" w:type="dxa"/>
        <w:tblInd w:w="-28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3260"/>
        <w:gridCol w:w="3451"/>
      </w:tblGrid>
      <w:tr w:rsidR="00493213" w:rsidRPr="00D02544" w14:paraId="5FE58E27" w14:textId="77777777" w:rsidTr="00493213">
        <w:tc>
          <w:tcPr>
            <w:tcW w:w="29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322712" w14:textId="77777777" w:rsidR="00493213" w:rsidRDefault="00493213" w:rsidP="00493213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...., ngày ....tháng....năm....</w:t>
            </w:r>
          </w:p>
          <w:p w14:paraId="6D119E33" w14:textId="77777777" w:rsidR="00493213" w:rsidRDefault="00493213" w:rsidP="0090071A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CÔNG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lang w:val="vi-VN"/>
              </w:rPr>
              <w:t xml:space="preserve"> CHỨC TỰ NHẬN XÉT</w:t>
            </w:r>
          </w:p>
          <w:p w14:paraId="57EF015D" w14:textId="77777777" w:rsidR="00493213" w:rsidRDefault="00493213" w:rsidP="0090071A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vi-VN"/>
              </w:rPr>
            </w:pP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 tên, ghi rõ họ tên)</w:t>
            </w:r>
          </w:p>
          <w:p w14:paraId="071429ED" w14:textId="77777777" w:rsidR="00493213" w:rsidRPr="0090071A" w:rsidRDefault="00493213" w:rsidP="0090071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vi-VN"/>
              </w:rPr>
            </w:pPr>
          </w:p>
          <w:p w14:paraId="2B99141C" w14:textId="77777777" w:rsidR="00493213" w:rsidRDefault="00493213" w:rsidP="00493213">
            <w:pPr>
              <w:tabs>
                <w:tab w:val="center" w:pos="2268"/>
              </w:tabs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2AA533B1" w14:textId="77777777" w:rsidR="00493213" w:rsidRDefault="00493213" w:rsidP="00493213">
            <w:pPr>
              <w:tabs>
                <w:tab w:val="center" w:pos="2268"/>
              </w:tabs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1EBCC5A6" w14:textId="77777777" w:rsidR="00493213" w:rsidRPr="0090071A" w:rsidRDefault="00493213" w:rsidP="0090071A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73B8F" w14:textId="77777777" w:rsidR="00493213" w:rsidRDefault="00493213" w:rsidP="00493213">
            <w:pPr>
              <w:spacing w:after="0"/>
              <w:jc w:val="both"/>
              <w:rPr>
                <w:rFonts w:ascii="Times New Roman Italic" w:hAnsi="Times New Roman Italic" w:cs="Times New Roman" w:hint="eastAsia"/>
                <w:i/>
                <w:iCs/>
                <w:spacing w:val="-6"/>
                <w:sz w:val="28"/>
                <w:szCs w:val="28"/>
              </w:rPr>
            </w:pPr>
            <w:r w:rsidRPr="00493213">
              <w:rPr>
                <w:rFonts w:ascii="Times New Roman Italic" w:hAnsi="Times New Roman Italic" w:cs="Times New Roman"/>
                <w:i/>
                <w:iCs/>
                <w:spacing w:val="-6"/>
                <w:sz w:val="28"/>
                <w:szCs w:val="28"/>
              </w:rPr>
              <w:t>....., ngày.... tháng.... năm.....</w:t>
            </w:r>
          </w:p>
          <w:p w14:paraId="09B4B704" w14:textId="77777777" w:rsidR="00493213" w:rsidRPr="00493213" w:rsidRDefault="00493213" w:rsidP="00493213">
            <w:pPr>
              <w:spacing w:after="0"/>
              <w:jc w:val="center"/>
              <w:rPr>
                <w:rFonts w:ascii="Times New Roman Italic" w:hAnsi="Times New Roman Italic" w:cs="Times New Roman" w:hint="eastAsia"/>
                <w:i/>
                <w:iCs/>
                <w:spacing w:val="-6"/>
                <w:sz w:val="28"/>
                <w:szCs w:val="28"/>
              </w:rPr>
            </w:pPr>
            <w:r w:rsidRPr="00493213">
              <w:rPr>
                <w:rFonts w:ascii="Times New Roman Bold" w:hAnsi="Times New Roman Bold" w:cs="Times New Roman"/>
                <w:b/>
                <w:iCs/>
                <w:spacing w:val="-6"/>
                <w:sz w:val="28"/>
                <w:szCs w:val="28"/>
              </w:rPr>
              <w:t>BỘ PHẬN THAM MƯU VỀ TỔ CHỨC, CÁN BỘ</w:t>
            </w:r>
            <w:r w:rsidRPr="00493213">
              <w:rPr>
                <w:rStyle w:val="FootnoteReference"/>
                <w:rFonts w:ascii="Times New Roman Bold" w:hAnsi="Times New Roman Bold" w:cs="Times New Roman"/>
                <w:b/>
                <w:iCs/>
                <w:spacing w:val="-6"/>
                <w:sz w:val="28"/>
                <w:szCs w:val="28"/>
              </w:rPr>
              <w:footnoteReference w:id="3"/>
            </w:r>
          </w:p>
          <w:p w14:paraId="74DDD4AA" w14:textId="77777777" w:rsidR="00493213" w:rsidRPr="00D02544" w:rsidRDefault="00493213" w:rsidP="0049321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9321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tên)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7125" w14:textId="77777777" w:rsidR="00493213" w:rsidRPr="00D02544" w:rsidRDefault="00493213" w:rsidP="009C0E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...., ngày ....tháng....năm..... </w:t>
            </w: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493213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CẤP</w:t>
            </w:r>
            <w:r w:rsidRPr="00493213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vi-VN"/>
              </w:rPr>
              <w:t xml:space="preserve"> </w:t>
            </w:r>
            <w:r w:rsidRPr="00493213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CÓ THẨM QUYỀN XẾP</w:t>
            </w:r>
            <w:r w:rsidRPr="00493213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vi-VN"/>
              </w:rPr>
              <w:t xml:space="preserve"> LOẠI</w:t>
            </w:r>
            <w:r w:rsidRPr="00BC53AC">
              <w:rPr>
                <w:rFonts w:ascii="Times New Roman Bold" w:hAnsi="Times New Roman Bold" w:cs="Times New Roman"/>
                <w:spacing w:val="-6"/>
                <w:sz w:val="28"/>
                <w:szCs w:val="28"/>
              </w:rPr>
              <w:br/>
            </w:r>
            <w:r w:rsidRPr="00D025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 tên, ghi rõ họ tên)</w:t>
            </w:r>
          </w:p>
        </w:tc>
      </w:tr>
    </w:tbl>
    <w:p w14:paraId="048B55CC" w14:textId="77777777" w:rsidR="00D02544" w:rsidRPr="00D02544" w:rsidRDefault="00D02544" w:rsidP="00D02544">
      <w:pPr>
        <w:spacing w:after="120"/>
        <w:rPr>
          <w:rFonts w:ascii="Times New Roman" w:hAnsi="Times New Roman" w:cs="Times New Roman"/>
          <w:sz w:val="28"/>
          <w:szCs w:val="28"/>
        </w:rPr>
      </w:pPr>
    </w:p>
    <w:p w14:paraId="70672E9A" w14:textId="77777777" w:rsidR="00246CDF" w:rsidRPr="00D02544" w:rsidRDefault="00246CDF" w:rsidP="00D02544">
      <w:pPr>
        <w:rPr>
          <w:rFonts w:ascii="Times New Roman" w:hAnsi="Times New Roman" w:cs="Times New Roman"/>
          <w:sz w:val="28"/>
          <w:szCs w:val="28"/>
        </w:rPr>
      </w:pPr>
    </w:p>
    <w:sectPr w:rsidR="00246CDF" w:rsidRPr="00D02544" w:rsidSect="007B15FA">
      <w:headerReference w:type="default" r:id="rId8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F5A0" w14:textId="77777777" w:rsidR="00812A8F" w:rsidRDefault="00812A8F" w:rsidP="00493213">
      <w:pPr>
        <w:spacing w:after="0" w:line="240" w:lineRule="auto"/>
      </w:pPr>
      <w:r>
        <w:separator/>
      </w:r>
    </w:p>
  </w:endnote>
  <w:endnote w:type="continuationSeparator" w:id="0">
    <w:p w14:paraId="4245FFBD" w14:textId="77777777" w:rsidR="00812A8F" w:rsidRDefault="00812A8F" w:rsidP="0049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Italic">
    <w:panose1 w:val="00000000000000000000"/>
    <w:charset w:val="00"/>
    <w:family w:val="roman"/>
    <w:notTrueType/>
    <w:pitch w:val="default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D1ED" w14:textId="77777777" w:rsidR="00812A8F" w:rsidRDefault="00812A8F" w:rsidP="00493213">
      <w:pPr>
        <w:spacing w:after="0" w:line="240" w:lineRule="auto"/>
      </w:pPr>
      <w:r>
        <w:separator/>
      </w:r>
    </w:p>
  </w:footnote>
  <w:footnote w:type="continuationSeparator" w:id="0">
    <w:p w14:paraId="2B0415B5" w14:textId="77777777" w:rsidR="00812A8F" w:rsidRDefault="00812A8F" w:rsidP="00493213">
      <w:pPr>
        <w:spacing w:after="0" w:line="240" w:lineRule="auto"/>
      </w:pPr>
      <w:r>
        <w:continuationSeparator/>
      </w:r>
    </w:p>
  </w:footnote>
  <w:footnote w:id="1">
    <w:p w14:paraId="2CB6EF7F" w14:textId="20FF35E8" w:rsidR="00493213" w:rsidRPr="00493213" w:rsidRDefault="00493213">
      <w:pPr>
        <w:pStyle w:val="FootnoteText"/>
        <w:rPr>
          <w:rFonts w:ascii="Times New Roman" w:hAnsi="Times New Roman" w:cs="Times New Roman"/>
          <w:lang w:val="vi-VN"/>
        </w:rPr>
      </w:pPr>
      <w:r w:rsidRPr="00493213">
        <w:rPr>
          <w:rStyle w:val="FootnoteReference"/>
          <w:rFonts w:ascii="Times New Roman" w:hAnsi="Times New Roman" w:cs="Times New Roman"/>
        </w:rPr>
        <w:footnoteRef/>
      </w:r>
      <w:r w:rsidRPr="00493213">
        <w:rPr>
          <w:rFonts w:ascii="Times New Roman" w:hAnsi="Times New Roman" w:cs="Times New Roman"/>
        </w:rPr>
        <w:t xml:space="preserve"> Việc</w:t>
      </w:r>
      <w:r w:rsidRPr="00493213">
        <w:rPr>
          <w:rFonts w:ascii="Times New Roman" w:hAnsi="Times New Roman" w:cs="Times New Roman"/>
          <w:lang w:val="vi-VN"/>
        </w:rPr>
        <w:t xml:space="preserve"> xếp loại chất lượng công chức căn cứ vào quy định tại khoản 9 Điều </w:t>
      </w:r>
      <w:r w:rsidR="00116664">
        <w:rPr>
          <w:rFonts w:ascii="Times New Roman" w:hAnsi="Times New Roman" w:cs="Times New Roman"/>
        </w:rPr>
        <w:t>5</w:t>
      </w:r>
      <w:r w:rsidRPr="00493213">
        <w:rPr>
          <w:rFonts w:ascii="Times New Roman" w:hAnsi="Times New Roman" w:cs="Times New Roman"/>
          <w:lang w:val="vi-VN"/>
        </w:rPr>
        <w:t xml:space="preserve"> và Điều 1</w:t>
      </w:r>
      <w:r w:rsidR="00116664">
        <w:rPr>
          <w:rFonts w:ascii="Times New Roman" w:hAnsi="Times New Roman" w:cs="Times New Roman"/>
        </w:rPr>
        <w:t>7</w:t>
      </w:r>
      <w:r w:rsidRPr="00493213">
        <w:rPr>
          <w:rFonts w:ascii="Times New Roman" w:hAnsi="Times New Roman" w:cs="Times New Roman"/>
          <w:lang w:val="vi-VN"/>
        </w:rPr>
        <w:t xml:space="preserve"> </w:t>
      </w:r>
      <w:r w:rsidR="00116664">
        <w:rPr>
          <w:rFonts w:ascii="Times New Roman" w:hAnsi="Times New Roman" w:cs="Times New Roman"/>
        </w:rPr>
        <w:t xml:space="preserve">Quy </w:t>
      </w:r>
      <w:r w:rsidRPr="00493213">
        <w:rPr>
          <w:rFonts w:ascii="Times New Roman" w:hAnsi="Times New Roman" w:cs="Times New Roman"/>
          <w:lang w:val="vi-VN"/>
        </w:rPr>
        <w:t>định này.</w:t>
      </w:r>
    </w:p>
  </w:footnote>
  <w:footnote w:id="2">
    <w:p w14:paraId="010E9BCE" w14:textId="5728D74A" w:rsidR="00493213" w:rsidRPr="00493213" w:rsidRDefault="00493213">
      <w:pPr>
        <w:pStyle w:val="FootnoteText"/>
        <w:rPr>
          <w:rFonts w:ascii="Times New Roman" w:hAnsi="Times New Roman" w:cs="Times New Roman"/>
          <w:lang w:val="vi-VN"/>
        </w:rPr>
      </w:pPr>
      <w:r w:rsidRPr="00493213">
        <w:rPr>
          <w:rStyle w:val="FootnoteReference"/>
          <w:rFonts w:ascii="Times New Roman" w:hAnsi="Times New Roman" w:cs="Times New Roman"/>
        </w:rPr>
        <w:footnoteRef/>
      </w:r>
      <w:r w:rsidRPr="00493213">
        <w:rPr>
          <w:rFonts w:ascii="Times New Roman" w:hAnsi="Times New Roman" w:cs="Times New Roman"/>
        </w:rPr>
        <w:t xml:space="preserve"> Việc</w:t>
      </w:r>
      <w:r w:rsidRPr="00493213">
        <w:rPr>
          <w:rFonts w:ascii="Times New Roman" w:hAnsi="Times New Roman" w:cs="Times New Roman"/>
          <w:lang w:val="vi-VN"/>
        </w:rPr>
        <w:t xml:space="preserve"> đề xuất phương án xử lý căn cứ quy định tại Điều </w:t>
      </w:r>
      <w:r w:rsidR="00116664">
        <w:rPr>
          <w:rFonts w:ascii="Times New Roman" w:hAnsi="Times New Roman" w:cs="Times New Roman"/>
        </w:rPr>
        <w:t>20</w:t>
      </w:r>
      <w:r w:rsidRPr="00493213">
        <w:rPr>
          <w:rFonts w:ascii="Times New Roman" w:hAnsi="Times New Roman" w:cs="Times New Roman"/>
          <w:lang w:val="vi-VN"/>
        </w:rPr>
        <w:t xml:space="preserve"> Nghị định này. </w:t>
      </w:r>
    </w:p>
  </w:footnote>
  <w:footnote w:id="3">
    <w:p w14:paraId="287BD7F3" w14:textId="77777777" w:rsidR="00493213" w:rsidRPr="00493213" w:rsidRDefault="00493213">
      <w:pPr>
        <w:pStyle w:val="FootnoteText"/>
        <w:rPr>
          <w:rFonts w:ascii="Times New Roman" w:hAnsi="Times New Roman" w:cs="Times New Roman"/>
          <w:lang w:val="vi-VN"/>
        </w:rPr>
      </w:pPr>
      <w:r w:rsidRPr="00493213">
        <w:rPr>
          <w:rStyle w:val="FootnoteReference"/>
          <w:rFonts w:ascii="Times New Roman" w:hAnsi="Times New Roman" w:cs="Times New Roman"/>
        </w:rPr>
        <w:footnoteRef/>
      </w:r>
      <w:r w:rsidRPr="00493213">
        <w:rPr>
          <w:rFonts w:ascii="Times New Roman" w:hAnsi="Times New Roman" w:cs="Times New Roman"/>
        </w:rPr>
        <w:t xml:space="preserve"> Đối với trường hợp </w:t>
      </w:r>
      <w:r w:rsidR="00B35DB1">
        <w:rPr>
          <w:rFonts w:ascii="Times New Roman" w:hAnsi="Times New Roman" w:cs="Times New Roman"/>
        </w:rPr>
        <w:t>xếp</w:t>
      </w:r>
      <w:r w:rsidR="00B35DB1">
        <w:rPr>
          <w:rFonts w:ascii="Times New Roman" w:hAnsi="Times New Roman" w:cs="Times New Roman"/>
          <w:lang w:val="vi-VN"/>
        </w:rPr>
        <w:t xml:space="preserve"> loại </w:t>
      </w:r>
      <w:r w:rsidRPr="00493213">
        <w:rPr>
          <w:rFonts w:ascii="Times New Roman" w:hAnsi="Times New Roman" w:cs="Times New Roman"/>
        </w:rPr>
        <w:t xml:space="preserve">người đứng đầu cơ quan sử dụng công chức.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16651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4258D89A" w14:textId="77777777" w:rsidR="007B15FA" w:rsidRPr="007B15FA" w:rsidRDefault="007B15FA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7B15F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7B15F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7B15F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7B15F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7B15FA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657A5F7D" w14:textId="77777777" w:rsidR="007B15FA" w:rsidRDefault="007B15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452801">
    <w:abstractNumId w:val="8"/>
  </w:num>
  <w:num w:numId="2" w16cid:durableId="2055813336">
    <w:abstractNumId w:val="6"/>
  </w:num>
  <w:num w:numId="3" w16cid:durableId="788738777">
    <w:abstractNumId w:val="5"/>
  </w:num>
  <w:num w:numId="4" w16cid:durableId="1661153571">
    <w:abstractNumId w:val="4"/>
  </w:num>
  <w:num w:numId="5" w16cid:durableId="1687169654">
    <w:abstractNumId w:val="7"/>
  </w:num>
  <w:num w:numId="6" w16cid:durableId="1128739456">
    <w:abstractNumId w:val="3"/>
  </w:num>
  <w:num w:numId="7" w16cid:durableId="474681114">
    <w:abstractNumId w:val="2"/>
  </w:num>
  <w:num w:numId="8" w16cid:durableId="586421929">
    <w:abstractNumId w:val="1"/>
  </w:num>
  <w:num w:numId="9" w16cid:durableId="190121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664"/>
    <w:rsid w:val="0015074B"/>
    <w:rsid w:val="001C2ED4"/>
    <w:rsid w:val="00246CDF"/>
    <w:rsid w:val="0029639D"/>
    <w:rsid w:val="00326F90"/>
    <w:rsid w:val="00493213"/>
    <w:rsid w:val="007B15FA"/>
    <w:rsid w:val="00812A8F"/>
    <w:rsid w:val="008E54FE"/>
    <w:rsid w:val="0090071A"/>
    <w:rsid w:val="00910262"/>
    <w:rsid w:val="00A008D2"/>
    <w:rsid w:val="00A21D17"/>
    <w:rsid w:val="00AA1D8D"/>
    <w:rsid w:val="00B35DB1"/>
    <w:rsid w:val="00B47730"/>
    <w:rsid w:val="00B775CF"/>
    <w:rsid w:val="00BC53AC"/>
    <w:rsid w:val="00C02A5D"/>
    <w:rsid w:val="00CB0664"/>
    <w:rsid w:val="00D02544"/>
    <w:rsid w:val="00E236AF"/>
    <w:rsid w:val="00E534F8"/>
    <w:rsid w:val="00FB6C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0534F7"/>
  <w14:defaultImageDpi w14:val="300"/>
  <w15:docId w15:val="{BBA75CEB-C0C3-4466-8BE0-0048B589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4932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32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321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49ED5-DE5C-4D86-8EFE-9C8E2D5C7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Thi Thao My</dc:creator>
  <cp:keywords/>
  <dc:description>generated by python-docx</dc:description>
  <cp:lastModifiedBy>TUAdmin</cp:lastModifiedBy>
  <cp:revision>3</cp:revision>
  <cp:lastPrinted>2025-07-17T03:18:00Z</cp:lastPrinted>
  <dcterms:created xsi:type="dcterms:W3CDTF">2025-08-08T11:05:00Z</dcterms:created>
  <dcterms:modified xsi:type="dcterms:W3CDTF">2025-08-14T06:46:00Z</dcterms:modified>
  <cp:category/>
</cp:coreProperties>
</file>